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9A8F" w14:textId="77777777" w:rsidR="00D3057F" w:rsidRDefault="00000000">
      <w:pPr>
        <w:pStyle w:val="Heading1"/>
        <w:jc w:val="center"/>
      </w:pPr>
      <w:r>
        <w:t>22nd Annual River Arts Show</w:t>
      </w:r>
    </w:p>
    <w:p w14:paraId="53745450" w14:textId="77777777" w:rsidR="00D3057F" w:rsidRDefault="00000000">
      <w:pPr>
        <w:jc w:val="center"/>
      </w:pPr>
      <w:r>
        <w:rPr>
          <w:b/>
        </w:rPr>
        <w:t>Hosted by the Unitarian Universalist Congregation of Charleston</w:t>
      </w:r>
      <w:r>
        <w:rPr>
          <w:b/>
        </w:rPr>
        <w:br/>
      </w:r>
      <w:r>
        <w:t>Friday, December 4, 2026 • 6:30–9:30 PM</w:t>
      </w:r>
      <w:r>
        <w:br/>
        <w:t>Saturday, December 5, 2026 • 10:00 AM–4:00 PM</w:t>
      </w:r>
      <w:r>
        <w:br/>
        <w:t>520 Kanawha Blvd. W., Charleston, WV 25302</w:t>
      </w:r>
    </w:p>
    <w:p w14:paraId="30D35E46" w14:textId="77777777" w:rsidR="00D3057F" w:rsidRDefault="00000000">
      <w:pPr>
        <w:pStyle w:val="Heading2"/>
      </w:pPr>
      <w:r>
        <w:t>Artist Application</w:t>
      </w:r>
    </w:p>
    <w:p w14:paraId="37D47BC5" w14:textId="77777777" w:rsidR="00D3057F" w:rsidRDefault="00000000">
      <w:r>
        <w:t>Artist Name: ______________________________________________</w:t>
      </w:r>
    </w:p>
    <w:p w14:paraId="6D9D1453" w14:textId="77777777" w:rsidR="00D3057F" w:rsidRDefault="00000000">
      <w:r>
        <w:t>Business Name (if applicable): ______________________________________________</w:t>
      </w:r>
    </w:p>
    <w:p w14:paraId="3E21933D" w14:textId="77777777" w:rsidR="00D3057F" w:rsidRDefault="00000000">
      <w:r>
        <w:t>Address: ______________________________________________</w:t>
      </w:r>
    </w:p>
    <w:p w14:paraId="291A51F8" w14:textId="77777777" w:rsidR="00D3057F" w:rsidRDefault="00000000">
      <w:r>
        <w:t>City, State, ZIP: ______________________________________________</w:t>
      </w:r>
    </w:p>
    <w:p w14:paraId="71C76385" w14:textId="77777777" w:rsidR="00D3057F" w:rsidRDefault="00000000">
      <w:r>
        <w:t>Phone: ______________________________________________</w:t>
      </w:r>
    </w:p>
    <w:p w14:paraId="0941C9A6" w14:textId="77777777" w:rsidR="00D3057F" w:rsidRDefault="00000000">
      <w:r>
        <w:t>Email: ______________________________________________</w:t>
      </w:r>
    </w:p>
    <w:p w14:paraId="3BE1A12C" w14:textId="77777777" w:rsidR="00D3057F" w:rsidRDefault="00000000">
      <w:r>
        <w:t>Website/Social Media: ______________________________________________</w:t>
      </w:r>
    </w:p>
    <w:p w14:paraId="59F0F3D8" w14:textId="77777777" w:rsidR="00D3057F" w:rsidRDefault="00000000">
      <w:r>
        <w:t>Description of Artwork/Craft: ______________________________________________</w:t>
      </w:r>
    </w:p>
    <w:p w14:paraId="0BC77DAA" w14:textId="77777777" w:rsidR="00D3057F" w:rsidRDefault="00000000">
      <w:r>
        <w:t>Previous Shows or Markets: ______________________________________________</w:t>
      </w:r>
    </w:p>
    <w:p w14:paraId="7F2C8E36" w14:textId="77777777" w:rsidR="00D3057F" w:rsidRDefault="00000000">
      <w:pPr>
        <w:pStyle w:val="Heading2"/>
      </w:pPr>
      <w:r>
        <w:t>Booth Selection</w:t>
      </w:r>
    </w:p>
    <w:p w14:paraId="6B58BB4E" w14:textId="77777777" w:rsidR="00D3057F" w:rsidRDefault="00000000">
      <w:r>
        <w:t>☐ Large Space (2 tables) – $120  |  Behind table: +$20</w:t>
      </w:r>
      <w:r>
        <w:br/>
        <w:t>☐ Medium Space (1 table) – $60  |  Behind table: +$10</w:t>
      </w:r>
      <w:r>
        <w:br/>
        <w:t>☐ Small Space (card table) – $45</w:t>
      </w:r>
    </w:p>
    <w:p w14:paraId="46168BC2" w14:textId="77777777" w:rsidR="00D3057F" w:rsidRDefault="00000000">
      <w:r>
        <w:t>Special requests / preferred location:</w:t>
      </w:r>
      <w:r>
        <w:br/>
        <w:t>__________________________________________</w:t>
      </w:r>
    </w:p>
    <w:p w14:paraId="69FC6505" w14:textId="77777777" w:rsidR="00D3057F" w:rsidRDefault="00000000">
      <w:pPr>
        <w:pStyle w:val="Heading2"/>
      </w:pPr>
      <w:r>
        <w:t>Equipment Needed</w:t>
      </w:r>
    </w:p>
    <w:p w14:paraId="12BC5EF7" w14:textId="77777777" w:rsidR="00D3057F" w:rsidRDefault="00000000">
      <w:r>
        <w:t>6' Table: ____    Card Table: ____    Chairs: ____    Screens: ____</w:t>
      </w:r>
    </w:p>
    <w:p w14:paraId="5F93DDA7" w14:textId="77777777" w:rsidR="00D3057F" w:rsidRDefault="00000000">
      <w:pPr>
        <w:pStyle w:val="Heading2"/>
      </w:pPr>
      <w:r>
        <w:t>Important Information</w:t>
      </w:r>
    </w:p>
    <w:p w14:paraId="46AB4B26" w14:textId="2082E6CF" w:rsidR="00D3057F" w:rsidRDefault="00000000">
      <w:r>
        <w:t xml:space="preserve">• Applications are due by </w:t>
      </w:r>
      <w:r w:rsidR="00611613">
        <w:t>September</w:t>
      </w:r>
      <w:r>
        <w:t xml:space="preserve"> </w:t>
      </w:r>
      <w:r w:rsidR="00611613">
        <w:t>1</w:t>
      </w:r>
      <w:r>
        <w:t>3, 2026.</w:t>
      </w:r>
      <w:r>
        <w:br/>
        <w:t xml:space="preserve">• Email your completed application to: </w:t>
      </w:r>
      <w:r w:rsidRPr="0073676E">
        <w:rPr>
          <w:b/>
          <w:bCs/>
        </w:rPr>
        <w:t>UURiverArts@gmail.com</w:t>
      </w:r>
      <w:r>
        <w:br/>
        <w:t>• Mail checks (payable to Unitarian Universalist Congregation; memo: River Arts) to:</w:t>
      </w:r>
      <w:r>
        <w:br/>
        <w:t xml:space="preserve">  </w:t>
      </w:r>
      <w:r w:rsidR="00611613">
        <w:t>UUC</w:t>
      </w:r>
      <w:r>
        <w:t>, 520 Kanawha Blvd. W., Charleston, WV 25302-1921.</w:t>
      </w:r>
      <w:r>
        <w:br/>
        <w:t>• Submission and payment do not guarantee acceptance. Artists are selected to ensure a high-quality, diverse show.</w:t>
      </w:r>
      <w:r>
        <w:br/>
        <w:t>• Checks will not be deposited until artists are accepted.</w:t>
      </w:r>
      <w:r>
        <w:br/>
        <w:t>• Cancellations before November 1, 2026 receive a full refund; after November 1 refunds cannot be issued.</w:t>
      </w:r>
      <w:r>
        <w:br/>
      </w:r>
      <w:r>
        <w:br/>
        <w:t>Questions? Contact Chris Higgins at 304-881-7037 or crishiggy@gmail.com.</w:t>
      </w:r>
    </w:p>
    <w:sectPr w:rsidR="00D3057F" w:rsidSect="007367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7C04E" w14:textId="77777777" w:rsidR="002251E2" w:rsidRDefault="002251E2" w:rsidP="0073676E">
      <w:pPr>
        <w:spacing w:after="0" w:line="240" w:lineRule="auto"/>
      </w:pPr>
      <w:r>
        <w:separator/>
      </w:r>
    </w:p>
  </w:endnote>
  <w:endnote w:type="continuationSeparator" w:id="0">
    <w:p w14:paraId="2BF07715" w14:textId="77777777" w:rsidR="002251E2" w:rsidRDefault="002251E2" w:rsidP="0073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A852B" w14:textId="77777777" w:rsidR="002251E2" w:rsidRDefault="002251E2" w:rsidP="0073676E">
      <w:pPr>
        <w:spacing w:after="0" w:line="240" w:lineRule="auto"/>
      </w:pPr>
      <w:r>
        <w:separator/>
      </w:r>
    </w:p>
  </w:footnote>
  <w:footnote w:type="continuationSeparator" w:id="0">
    <w:p w14:paraId="16A2BB7D" w14:textId="77777777" w:rsidR="002251E2" w:rsidRDefault="002251E2" w:rsidP="00736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2776098">
    <w:abstractNumId w:val="8"/>
  </w:num>
  <w:num w:numId="2" w16cid:durableId="1388146135">
    <w:abstractNumId w:val="6"/>
  </w:num>
  <w:num w:numId="3" w16cid:durableId="144200529">
    <w:abstractNumId w:val="5"/>
  </w:num>
  <w:num w:numId="4" w16cid:durableId="1672681884">
    <w:abstractNumId w:val="4"/>
  </w:num>
  <w:num w:numId="5" w16cid:durableId="1451171104">
    <w:abstractNumId w:val="7"/>
  </w:num>
  <w:num w:numId="6" w16cid:durableId="332681526">
    <w:abstractNumId w:val="3"/>
  </w:num>
  <w:num w:numId="7" w16cid:durableId="1689401959">
    <w:abstractNumId w:val="2"/>
  </w:num>
  <w:num w:numId="8" w16cid:durableId="1202472377">
    <w:abstractNumId w:val="1"/>
  </w:num>
  <w:num w:numId="9" w16cid:durableId="127593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51E2"/>
    <w:rsid w:val="0029639D"/>
    <w:rsid w:val="00326F90"/>
    <w:rsid w:val="004501EB"/>
    <w:rsid w:val="00611613"/>
    <w:rsid w:val="0073676E"/>
    <w:rsid w:val="00AA1D8D"/>
    <w:rsid w:val="00B47730"/>
    <w:rsid w:val="00BE65AD"/>
    <w:rsid w:val="00CB0664"/>
    <w:rsid w:val="00D305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1E3C82"/>
  <w14:defaultImageDpi w14:val="300"/>
  <w15:docId w15:val="{491BE6D9-4AC9-4218-A27C-988BD31F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Sarah Cordwell</cp:lastModifiedBy>
  <cp:revision>3</cp:revision>
  <dcterms:created xsi:type="dcterms:W3CDTF">2026-07-09T17:31:00Z</dcterms:created>
  <dcterms:modified xsi:type="dcterms:W3CDTF">2026-07-09T23:24:00Z</dcterms:modified>
  <cp:category/>
</cp:coreProperties>
</file>